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צריכה עתידית וחיסכון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צריכה מיידית לצריכה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הבטחות כספיות חשודות ולדעת איך להתמודד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לשים חלק בקופת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קנייה של משהו רק אחרי שחוסכים מספיק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אזהרה אפשרי לתרמית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אם זה נשמע טוב מדי להיות אמיתי, כנראה שזה לא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כסף עד שמגיעים ליעד שרצינו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ההגדרה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תשואה כזאת לא ריאלית ולרוב מעידה על תרמית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שאלות עוזרות לזהות הצעות מסוכנות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התהליך של 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מעקב עוזר לדעת מתי הגיעו ליעד שרצינו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עתידית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(שמירת חלק מהכסף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(הוצאת כל הכסף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(הרווח שמקבלים מהשקעה)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(סימן אפשרי לתרמית)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(הסכום שרוצים להגיע אליו לפני קנייה)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להחליט מה רוצים לקנות ולבדוק כמה זה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כל פעם חלק מהכסף שמקבלים בקופת החיסכון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מדי פעם כמה כסף כבר נאסף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כשמגיעים לסכום הדרוש, לקנות את הדבר שרצינו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מאיפה ההצעה הזאת, למה התשואה כל כך גבוהה, מה הסיכון, ובודקים עם מבוגר אחראי. חשוב לזכור שהבטחה טובה מדי היא לרוב תרמית.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שצריכה מיידית היא קנייה עכשיו וצריכה עתידית היא קנייה אחרי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לשאול שאלות, לבדוק עם מבוגר ולהיזהר מהבטחות טובות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שמעקב עוזר לדעת מתי הגיעו ליעד ואפשר לקנות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מהחיים של התלמידים - קבלת כסף וכיצד הם בוחרים 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נושא הדילמה על השקעה מפוקפקת כדי לחדד מודעות לתרמיות כספיות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בגרסת החנ״מ עם פחות פריטים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צריכה עתידית וחיסכון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רעיון החיסכון - לשים בצד חלק מהכסף כדי להגיע למטרה בעתיד, וגם נלמד להיזהר מהבטחות כסף שנשמעות טובות מדי.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10 ₪. מה כדאי לעשות כדי לחסוך?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חלק בקופת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להוציא הכל מיד על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את כל הכסף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לזרוק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"צריכה עתידית"?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של משהו רק אחרי שחוסכים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מיידית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הלוואה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מציע השקעה עם תשואה של 50% בחודש. זה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הזדמנות בטוחה שכדאי לנצל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אזהרה אפשרי לתרמית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השקעה רגילה שכל בנק מציע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מענק שמקבלים מהמדינה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הכלל הנכון לגבי הבטחות כסף טובות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אפשר לסמוך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זה נשמע טוב מדי להיות אמיתי, כנראה שזה לא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להשקיע מיד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חוקי תמיד כי זה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קופת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כסף עד שמגיעים ליעד שרצינו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להוציא את כל הכסף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להסתיר כסף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מטרה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פירושו לשים בצד חלק מהכסף במקום להוציא הכל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לתשואה של 50% בחודש היא סימן טוב להשקעה בטוחה.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לשאול שאלות לפני שמשקיעים כסף שחסכנו.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שמגיעים ליעד החיסכון, אפשר לבדוק ואז לקנות את מה שרצינו.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לעקוב כמה כסף חסכנו, אפשר להוציא הכל בכל 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חיסכון הוא כשמים חלק מהכסף ב__________ במקום להוציא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שחוסך לדבר שהוא רוצה, בסוף __________ אותו כשיש מספיק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הצעה עם תשואה של __________ אחוז בחודש היא חשודה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הבטחה נשמעת __________ טובה כדי להיות אמיתית, כדאי להיזהר ממנה.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צריכה __________ היא קנייה של דבר שרוצים רק אחרי שחוסכים מספיק כסף.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הוצאת כל הכסף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צריכה מיידית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הסכום שרוצים להגיע אליו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אפשרי לתרמית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הבטחה טובה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שמירת חלק מהכסף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יעד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הרווח שמקבלים מהשקעה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כל פעם חלק מהכסף שמקבלים בקופת החיסכון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מה רוצים לקנות ולבדוק כמה זה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כשמגיעים לסכום הדרוש, לקנות את הדבר שרצינו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מדי פעם כמה כסף כבר נאסף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מציע לכם להשקיע את כל החיסכון בהזדמנות ברשת עם תשואה של 50% בחודש. מה שואלים אותו לפני שמחליטים?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צריכה מיידית לצריכה עתידית?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כשמקבלים הצעת השקעה עם תשואה גבוהה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כמה כסף חסכנו לפני שקונים דבר שרצינו?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צריכה עתידית וחיסכון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