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צריכה מיידית לצריכה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הבטחות כספיות חשודות ולדעת איך 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לשים חלק בקופת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קנייה של משהו רק אחרי שחוסכים מספיק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שאלות עוזרות לזהות הצעות מסוכנות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(שמירת חלק מהכסף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(הוצאת כל הכסף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(הסכום שרוצים להגיע אליו לפני 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להחליט מה רוצים לקנות ולבדוק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כל פעם חלק מהכסף שמקבלים בקופת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כשמגיעים לסכום הדרוש, לקנות את הדבר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שצריכה מיידית היא קנייה עכשיו וצריכה עתידית היא קנייה אחרי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לשאול שאלות, לבדוק עם מבוגר ולהיזהר מהבטחות טובות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שמעקב עוזר לדעת מתי הגיעו ליעד ואפשר לקנות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 של התלמידים - קבלת כסף וכיצד הם בוחרים 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נושא הדילמה על השקעה מפוקפקת כדי לחדד מודעות לתרמיות כספיות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בגרסת החנ״מ עם פחות פריטים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רעיון החיסכון - לשים בצד חלק מהכסף כדי להגיע למטרה בעתיד, וגם נלמד להיזהר מהבטחות כסף שנשמעות טובות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קופה  ·  קונה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קיבלתם 10 ₪. מה כדאי לעשות כדי לחסוך?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לשים חלק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להוציא הכל מיד על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את כל הכסף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"צריכה עתידית"?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קנייה של משהו רק אחרי שחוסכים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קנייה מיידית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הלוואה מהבנק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פירושו לשים בצד חלק מהכסף במקום להוציא הכל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לשאול שאלות לפני שמשקיעים כסף שחסכנו.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חיסכון הוא כשמים חלק מהכסף ב__________ במקום להוציא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שחוסך לדבר שהוא רוצה, בסוף __________ אותו כשיש מספיק כסף.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הוצאת כל הכסף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צריכה מיידית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הסכום שרוצים להגיע אליו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יעד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שמירת חלק מהכסף לעתיד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כשמגיעים לסכום הדרוש, לקנות את הדבר שרצינו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מה רוצים לקנות ולבדוק כמה זה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כל פעם חלק מהכסף שמקבלים בקופת החיסכון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דילמה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צריכה מיידית לצריכה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כשמקבלים הצעת השקעה עם תשואה גבוהה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צריכה עתידית וחיסכון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